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5E3E374" w14:textId="132A7D1A" w:rsidR="005273AC" w:rsidRPr="00CA6837" w:rsidRDefault="00461228">
      <w:pPr>
        <w:pStyle w:val="Heading1"/>
        <w:jc w:val="center"/>
        <w:rPr>
          <w:color w:val="000000" w:themeColor="text1"/>
        </w:rPr>
      </w:pPr>
      <w:r>
        <w:rPr>
          <w:color w:val="000000" w:themeColor="text1"/>
        </w:rPr>
        <w:t>The Utah AI Moonshot</w:t>
      </w:r>
    </w:p>
    <w:p w14:paraId="2299B7A1" w14:textId="77777777" w:rsidR="005273AC" w:rsidRPr="00CA6837" w:rsidRDefault="00000000">
      <w:pPr>
        <w:jc w:val="center"/>
        <w:rPr>
          <w:color w:val="000000" w:themeColor="text1"/>
        </w:rPr>
      </w:pPr>
      <w:r w:rsidRPr="00CA6837">
        <w:rPr>
          <w:b/>
          <w:color w:val="000000" w:themeColor="text1"/>
        </w:rPr>
        <w:t>Proposal Cover Page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960"/>
        <w:gridCol w:w="5985"/>
      </w:tblGrid>
      <w:tr w:rsidR="005273AC" w:rsidRPr="00CA6837" w14:paraId="2C5E3F27" w14:textId="77777777" w:rsidTr="00CA6837">
        <w:trPr>
          <w:jc w:val="center"/>
        </w:trPr>
        <w:tc>
          <w:tcPr>
            <w:tcW w:w="3960" w:type="dxa"/>
          </w:tcPr>
          <w:p w14:paraId="7E2650D5" w14:textId="77777777" w:rsidR="005273AC" w:rsidRPr="00CA6837" w:rsidRDefault="00000000">
            <w:pPr>
              <w:rPr>
                <w:color w:val="000000" w:themeColor="text1"/>
              </w:rPr>
            </w:pPr>
            <w:r w:rsidRPr="00CA6837">
              <w:rPr>
                <w:color w:val="000000" w:themeColor="text1"/>
              </w:rPr>
              <w:t>Project Title</w:t>
            </w:r>
          </w:p>
        </w:tc>
        <w:tc>
          <w:tcPr>
            <w:tcW w:w="5985" w:type="dxa"/>
          </w:tcPr>
          <w:p w14:paraId="1EF8082C" w14:textId="77777777" w:rsidR="005273AC" w:rsidRPr="00CA6837" w:rsidRDefault="005273AC">
            <w:pPr>
              <w:rPr>
                <w:color w:val="000000" w:themeColor="text1"/>
              </w:rPr>
            </w:pPr>
          </w:p>
        </w:tc>
      </w:tr>
      <w:tr w:rsidR="005273AC" w:rsidRPr="00CA6837" w14:paraId="40FB4C89" w14:textId="77777777" w:rsidTr="00CA6837">
        <w:trPr>
          <w:jc w:val="center"/>
        </w:trPr>
        <w:tc>
          <w:tcPr>
            <w:tcW w:w="3960" w:type="dxa"/>
          </w:tcPr>
          <w:p w14:paraId="36A9735D" w14:textId="77777777" w:rsidR="005273AC" w:rsidRPr="00CA6837" w:rsidRDefault="00000000">
            <w:pPr>
              <w:rPr>
                <w:color w:val="000000" w:themeColor="text1"/>
              </w:rPr>
            </w:pPr>
            <w:r w:rsidRPr="00CA6837">
              <w:rPr>
                <w:color w:val="000000" w:themeColor="text1"/>
              </w:rPr>
              <w:t>Project Acronym (optional)</w:t>
            </w:r>
          </w:p>
        </w:tc>
        <w:tc>
          <w:tcPr>
            <w:tcW w:w="5985" w:type="dxa"/>
          </w:tcPr>
          <w:p w14:paraId="1DBB9978" w14:textId="77777777" w:rsidR="005273AC" w:rsidRPr="00CA6837" w:rsidRDefault="005273AC">
            <w:pPr>
              <w:rPr>
                <w:color w:val="000000" w:themeColor="text1"/>
              </w:rPr>
            </w:pPr>
          </w:p>
        </w:tc>
      </w:tr>
      <w:tr w:rsidR="005273AC" w:rsidRPr="00CA6837" w14:paraId="4FC906DD" w14:textId="77777777" w:rsidTr="00CA6837">
        <w:trPr>
          <w:jc w:val="center"/>
        </w:trPr>
        <w:tc>
          <w:tcPr>
            <w:tcW w:w="3960" w:type="dxa"/>
          </w:tcPr>
          <w:p w14:paraId="03B4099A" w14:textId="77777777" w:rsidR="005273AC" w:rsidRPr="00CA6837" w:rsidRDefault="00000000">
            <w:pPr>
              <w:rPr>
                <w:color w:val="000000" w:themeColor="text1"/>
              </w:rPr>
            </w:pPr>
            <w:r w:rsidRPr="00CA6837">
              <w:rPr>
                <w:color w:val="000000" w:themeColor="text1"/>
              </w:rPr>
              <w:t>Principal Investigator</w:t>
            </w:r>
          </w:p>
        </w:tc>
        <w:tc>
          <w:tcPr>
            <w:tcW w:w="5985" w:type="dxa"/>
          </w:tcPr>
          <w:p w14:paraId="2CE106A7" w14:textId="77777777" w:rsidR="005273AC" w:rsidRPr="00CA6837" w:rsidRDefault="005273AC">
            <w:pPr>
              <w:rPr>
                <w:color w:val="000000" w:themeColor="text1"/>
              </w:rPr>
            </w:pPr>
          </w:p>
        </w:tc>
      </w:tr>
      <w:tr w:rsidR="005273AC" w:rsidRPr="00CA6837" w14:paraId="352E1F88" w14:textId="77777777" w:rsidTr="00CA6837">
        <w:trPr>
          <w:jc w:val="center"/>
        </w:trPr>
        <w:tc>
          <w:tcPr>
            <w:tcW w:w="3960" w:type="dxa"/>
          </w:tcPr>
          <w:p w14:paraId="6E193016" w14:textId="77777777" w:rsidR="005273AC" w:rsidRPr="00CA6837" w:rsidRDefault="00000000">
            <w:pPr>
              <w:rPr>
                <w:color w:val="000000" w:themeColor="text1"/>
              </w:rPr>
            </w:pPr>
            <w:r w:rsidRPr="00CA6837">
              <w:rPr>
                <w:color w:val="000000" w:themeColor="text1"/>
              </w:rPr>
              <w:t>Title / Department</w:t>
            </w:r>
          </w:p>
        </w:tc>
        <w:tc>
          <w:tcPr>
            <w:tcW w:w="5985" w:type="dxa"/>
          </w:tcPr>
          <w:p w14:paraId="5756BA18" w14:textId="77777777" w:rsidR="005273AC" w:rsidRPr="00CA6837" w:rsidRDefault="005273AC">
            <w:pPr>
              <w:rPr>
                <w:color w:val="000000" w:themeColor="text1"/>
              </w:rPr>
            </w:pPr>
          </w:p>
        </w:tc>
      </w:tr>
      <w:tr w:rsidR="005273AC" w:rsidRPr="00CA6837" w14:paraId="6CD0D363" w14:textId="77777777" w:rsidTr="00CA6837">
        <w:trPr>
          <w:jc w:val="center"/>
        </w:trPr>
        <w:tc>
          <w:tcPr>
            <w:tcW w:w="3960" w:type="dxa"/>
          </w:tcPr>
          <w:p w14:paraId="457C8510" w14:textId="77777777" w:rsidR="005273AC" w:rsidRPr="00CA6837" w:rsidRDefault="00000000">
            <w:pPr>
              <w:rPr>
                <w:color w:val="000000" w:themeColor="text1"/>
              </w:rPr>
            </w:pPr>
            <w:r w:rsidRPr="00CA6837">
              <w:rPr>
                <w:color w:val="000000" w:themeColor="text1"/>
              </w:rPr>
              <w:t>Institution</w:t>
            </w:r>
          </w:p>
        </w:tc>
        <w:tc>
          <w:tcPr>
            <w:tcW w:w="5985" w:type="dxa"/>
          </w:tcPr>
          <w:p w14:paraId="55099CCA" w14:textId="77777777" w:rsidR="005273AC" w:rsidRPr="00CA6837" w:rsidRDefault="005273AC">
            <w:pPr>
              <w:rPr>
                <w:color w:val="000000" w:themeColor="text1"/>
              </w:rPr>
            </w:pPr>
          </w:p>
        </w:tc>
      </w:tr>
      <w:tr w:rsidR="005273AC" w:rsidRPr="00CA6837" w14:paraId="2881C1B0" w14:textId="77777777" w:rsidTr="00CA6837">
        <w:trPr>
          <w:jc w:val="center"/>
        </w:trPr>
        <w:tc>
          <w:tcPr>
            <w:tcW w:w="3960" w:type="dxa"/>
          </w:tcPr>
          <w:p w14:paraId="224A6D49" w14:textId="77777777" w:rsidR="005273AC" w:rsidRPr="00CA6837" w:rsidRDefault="00000000">
            <w:pPr>
              <w:rPr>
                <w:color w:val="000000" w:themeColor="text1"/>
              </w:rPr>
            </w:pPr>
            <w:r w:rsidRPr="00CA6837">
              <w:rPr>
                <w:color w:val="000000" w:themeColor="text1"/>
              </w:rPr>
              <w:t>Email</w:t>
            </w:r>
          </w:p>
        </w:tc>
        <w:tc>
          <w:tcPr>
            <w:tcW w:w="5985" w:type="dxa"/>
          </w:tcPr>
          <w:p w14:paraId="1C4F47CA" w14:textId="77777777" w:rsidR="005273AC" w:rsidRPr="00CA6837" w:rsidRDefault="005273AC">
            <w:pPr>
              <w:rPr>
                <w:color w:val="000000" w:themeColor="text1"/>
              </w:rPr>
            </w:pPr>
          </w:p>
        </w:tc>
      </w:tr>
      <w:tr w:rsidR="005273AC" w:rsidRPr="00CA6837" w14:paraId="6068D904" w14:textId="77777777" w:rsidTr="00CA6837">
        <w:trPr>
          <w:jc w:val="center"/>
        </w:trPr>
        <w:tc>
          <w:tcPr>
            <w:tcW w:w="3960" w:type="dxa"/>
          </w:tcPr>
          <w:p w14:paraId="14F04459" w14:textId="77777777" w:rsidR="005273AC" w:rsidRPr="00CA6837" w:rsidRDefault="00000000">
            <w:pPr>
              <w:rPr>
                <w:color w:val="000000" w:themeColor="text1"/>
              </w:rPr>
            </w:pPr>
            <w:r w:rsidRPr="00CA6837">
              <w:rPr>
                <w:color w:val="000000" w:themeColor="text1"/>
              </w:rPr>
              <w:t>Phone</w:t>
            </w:r>
          </w:p>
        </w:tc>
        <w:tc>
          <w:tcPr>
            <w:tcW w:w="5985" w:type="dxa"/>
          </w:tcPr>
          <w:p w14:paraId="607AC1C7" w14:textId="77777777" w:rsidR="005273AC" w:rsidRPr="00CA6837" w:rsidRDefault="005273AC">
            <w:pPr>
              <w:rPr>
                <w:color w:val="000000" w:themeColor="text1"/>
              </w:rPr>
            </w:pPr>
          </w:p>
        </w:tc>
      </w:tr>
      <w:tr w:rsidR="005273AC" w:rsidRPr="00CA6837" w14:paraId="2F942441" w14:textId="77777777" w:rsidTr="00CA6837">
        <w:trPr>
          <w:jc w:val="center"/>
        </w:trPr>
        <w:tc>
          <w:tcPr>
            <w:tcW w:w="3960" w:type="dxa"/>
          </w:tcPr>
          <w:p w14:paraId="315A539C" w14:textId="77777777" w:rsidR="005273AC" w:rsidRPr="00CA6837" w:rsidRDefault="00000000">
            <w:pPr>
              <w:rPr>
                <w:color w:val="000000" w:themeColor="text1"/>
              </w:rPr>
            </w:pPr>
            <w:r w:rsidRPr="00CA6837">
              <w:rPr>
                <w:color w:val="000000" w:themeColor="text1"/>
              </w:rPr>
              <w:t>Lead Project Manager</w:t>
            </w:r>
          </w:p>
        </w:tc>
        <w:tc>
          <w:tcPr>
            <w:tcW w:w="5985" w:type="dxa"/>
          </w:tcPr>
          <w:p w14:paraId="71464363" w14:textId="77777777" w:rsidR="005273AC" w:rsidRPr="00CA6837" w:rsidRDefault="005273AC">
            <w:pPr>
              <w:rPr>
                <w:color w:val="000000" w:themeColor="text1"/>
              </w:rPr>
            </w:pPr>
          </w:p>
        </w:tc>
      </w:tr>
    </w:tbl>
    <w:p w14:paraId="613F8BAE" w14:textId="1B0EAD51" w:rsidR="005273AC" w:rsidRPr="00CA6837" w:rsidRDefault="00000000">
      <w:pPr>
        <w:pStyle w:val="Heading2"/>
        <w:rPr>
          <w:color w:val="000000" w:themeColor="text1"/>
        </w:rPr>
      </w:pPr>
      <w:r w:rsidRPr="00CA6837">
        <w:rPr>
          <w:color w:val="000000" w:themeColor="text1"/>
        </w:rPr>
        <w:t>Grant Track</w:t>
      </w:r>
      <w:r w:rsidR="00CA6837">
        <w:rPr>
          <w:color w:val="000000" w:themeColor="text1"/>
        </w:rPr>
        <w:t xml:space="preserve"> (select only one)</w:t>
      </w:r>
    </w:p>
    <w:p w14:paraId="31663FF3" w14:textId="31B69407" w:rsidR="005273AC" w:rsidRPr="00CA6837" w:rsidRDefault="00000000" w:rsidP="00461228">
      <w:pPr>
        <w:ind w:right="-720"/>
        <w:rPr>
          <w:color w:val="000000" w:themeColor="text1"/>
        </w:rPr>
      </w:pPr>
      <w:r w:rsidRPr="00CA6837">
        <w:rPr>
          <w:color w:val="000000" w:themeColor="text1"/>
        </w:rPr>
        <w:t xml:space="preserve">☐ </w:t>
      </w:r>
      <w:r w:rsidR="00461228">
        <w:rPr>
          <w:color w:val="000000" w:themeColor="text1"/>
        </w:rPr>
        <w:t>Moonshot</w:t>
      </w:r>
      <w:r w:rsidRPr="00CA6837">
        <w:rPr>
          <w:color w:val="000000" w:themeColor="text1"/>
        </w:rPr>
        <w:t xml:space="preserve">   ☐ </w:t>
      </w:r>
      <w:r w:rsidR="00461228">
        <w:rPr>
          <w:color w:val="000000" w:themeColor="text1"/>
        </w:rPr>
        <w:t xml:space="preserve">Pathfinder </w:t>
      </w:r>
      <w:r w:rsidR="00461228" w:rsidRPr="00CA6837">
        <w:rPr>
          <w:color w:val="000000" w:themeColor="text1"/>
        </w:rPr>
        <w:t xml:space="preserve">☐ </w:t>
      </w:r>
      <w:r w:rsidR="00461228">
        <w:rPr>
          <w:color w:val="000000" w:themeColor="text1"/>
        </w:rPr>
        <w:t>Spark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758"/>
        <w:gridCol w:w="6187"/>
      </w:tblGrid>
      <w:tr w:rsidR="005273AC" w:rsidRPr="00CA6837" w14:paraId="761BA286" w14:textId="77777777" w:rsidTr="00461228">
        <w:trPr>
          <w:jc w:val="center"/>
        </w:trPr>
        <w:tc>
          <w:tcPr>
            <w:tcW w:w="3758" w:type="dxa"/>
          </w:tcPr>
          <w:p w14:paraId="3AB00F11" w14:textId="77777777" w:rsidR="005273AC" w:rsidRPr="00CA6837" w:rsidRDefault="00000000">
            <w:pPr>
              <w:rPr>
                <w:color w:val="000000" w:themeColor="text1"/>
              </w:rPr>
            </w:pPr>
            <w:r w:rsidRPr="00CA6837">
              <w:rPr>
                <w:color w:val="000000" w:themeColor="text1"/>
              </w:rPr>
              <w:t>Requested Start Date</w:t>
            </w:r>
          </w:p>
        </w:tc>
        <w:tc>
          <w:tcPr>
            <w:tcW w:w="6187" w:type="dxa"/>
          </w:tcPr>
          <w:p w14:paraId="0F3EC516" w14:textId="77777777" w:rsidR="005273AC" w:rsidRPr="00CA6837" w:rsidRDefault="005273AC">
            <w:pPr>
              <w:rPr>
                <w:color w:val="000000" w:themeColor="text1"/>
              </w:rPr>
            </w:pPr>
          </w:p>
        </w:tc>
      </w:tr>
      <w:tr w:rsidR="005273AC" w:rsidRPr="00CA6837" w14:paraId="7B572EAE" w14:textId="77777777" w:rsidTr="00461228">
        <w:trPr>
          <w:jc w:val="center"/>
        </w:trPr>
        <w:tc>
          <w:tcPr>
            <w:tcW w:w="3758" w:type="dxa"/>
          </w:tcPr>
          <w:p w14:paraId="1D36DE1A" w14:textId="77777777" w:rsidR="005273AC" w:rsidRPr="00CA6837" w:rsidRDefault="00000000">
            <w:pPr>
              <w:rPr>
                <w:color w:val="000000" w:themeColor="text1"/>
              </w:rPr>
            </w:pPr>
            <w:r w:rsidRPr="00CA6837">
              <w:rPr>
                <w:color w:val="000000" w:themeColor="text1"/>
              </w:rPr>
              <w:t>Requested End Date</w:t>
            </w:r>
          </w:p>
        </w:tc>
        <w:tc>
          <w:tcPr>
            <w:tcW w:w="6187" w:type="dxa"/>
          </w:tcPr>
          <w:p w14:paraId="5CF342D1" w14:textId="77777777" w:rsidR="005273AC" w:rsidRPr="00CA6837" w:rsidRDefault="005273AC">
            <w:pPr>
              <w:rPr>
                <w:color w:val="000000" w:themeColor="text1"/>
              </w:rPr>
            </w:pPr>
          </w:p>
        </w:tc>
      </w:tr>
      <w:tr w:rsidR="00461228" w:rsidRPr="00CA6837" w14:paraId="2D6A406E" w14:textId="77777777" w:rsidTr="00461228">
        <w:trPr>
          <w:jc w:val="center"/>
        </w:trPr>
        <w:tc>
          <w:tcPr>
            <w:tcW w:w="3758" w:type="dxa"/>
          </w:tcPr>
          <w:p w14:paraId="5AA6B27C" w14:textId="77777777" w:rsidR="00461228" w:rsidRPr="00CA6837" w:rsidRDefault="00461228" w:rsidP="00461228">
            <w:pPr>
              <w:rPr>
                <w:color w:val="000000" w:themeColor="text1"/>
              </w:rPr>
            </w:pPr>
            <w:r w:rsidRPr="00CA6837">
              <w:rPr>
                <w:color w:val="000000" w:themeColor="text1"/>
              </w:rPr>
              <w:t>Project Duration</w:t>
            </w:r>
          </w:p>
        </w:tc>
        <w:tc>
          <w:tcPr>
            <w:tcW w:w="6187" w:type="dxa"/>
          </w:tcPr>
          <w:p w14:paraId="481A20D4" w14:textId="07712C13" w:rsidR="00461228" w:rsidRPr="00CA6837" w:rsidRDefault="00461228" w:rsidP="00461228">
            <w:pPr>
              <w:rPr>
                <w:color w:val="000000" w:themeColor="text1"/>
              </w:rPr>
            </w:pPr>
            <w:r w:rsidRPr="00CA6837">
              <w:rPr>
                <w:color w:val="000000" w:themeColor="text1"/>
              </w:rPr>
              <w:t>☐ 1 year   ☐ 2 years   ☐ 3 years</w:t>
            </w:r>
            <w:r>
              <w:rPr>
                <w:color w:val="000000" w:themeColor="text1"/>
              </w:rPr>
              <w:t xml:space="preserve"> </w:t>
            </w:r>
            <w:r w:rsidRPr="00CA6837">
              <w:rPr>
                <w:color w:val="000000" w:themeColor="text1"/>
              </w:rPr>
              <w:t xml:space="preserve">☐ </w:t>
            </w:r>
            <w:r>
              <w:rPr>
                <w:color w:val="000000" w:themeColor="text1"/>
              </w:rPr>
              <w:t>4</w:t>
            </w:r>
            <w:r w:rsidRPr="00CA6837">
              <w:rPr>
                <w:color w:val="000000" w:themeColor="text1"/>
              </w:rPr>
              <w:t xml:space="preserve"> years</w:t>
            </w:r>
            <w:r>
              <w:rPr>
                <w:color w:val="000000" w:themeColor="text1"/>
              </w:rPr>
              <w:t xml:space="preserve"> </w:t>
            </w:r>
            <w:r w:rsidRPr="00CA6837">
              <w:rPr>
                <w:color w:val="000000" w:themeColor="text1"/>
              </w:rPr>
              <w:t xml:space="preserve">☐ </w:t>
            </w:r>
            <w:r>
              <w:rPr>
                <w:color w:val="000000" w:themeColor="text1"/>
              </w:rPr>
              <w:t>5</w:t>
            </w:r>
            <w:r w:rsidRPr="00CA6837">
              <w:rPr>
                <w:color w:val="000000" w:themeColor="text1"/>
              </w:rPr>
              <w:t xml:space="preserve"> years</w:t>
            </w:r>
          </w:p>
        </w:tc>
      </w:tr>
      <w:tr w:rsidR="00461228" w:rsidRPr="00CA6837" w14:paraId="121F2224" w14:textId="77777777" w:rsidTr="00461228">
        <w:trPr>
          <w:jc w:val="center"/>
        </w:trPr>
        <w:tc>
          <w:tcPr>
            <w:tcW w:w="3758" w:type="dxa"/>
          </w:tcPr>
          <w:p w14:paraId="60368683" w14:textId="77777777" w:rsidR="00461228" w:rsidRPr="00CA6837" w:rsidRDefault="00461228" w:rsidP="00461228">
            <w:pPr>
              <w:rPr>
                <w:color w:val="000000" w:themeColor="text1"/>
              </w:rPr>
            </w:pPr>
            <w:r w:rsidRPr="00CA6837">
              <w:rPr>
                <w:color w:val="000000" w:themeColor="text1"/>
              </w:rPr>
              <w:t>Total Funding Requested</w:t>
            </w:r>
          </w:p>
        </w:tc>
        <w:tc>
          <w:tcPr>
            <w:tcW w:w="6187" w:type="dxa"/>
          </w:tcPr>
          <w:p w14:paraId="26D34587" w14:textId="77777777" w:rsidR="00461228" w:rsidRPr="00CA6837" w:rsidRDefault="00461228" w:rsidP="00461228">
            <w:pPr>
              <w:rPr>
                <w:color w:val="000000" w:themeColor="text1"/>
              </w:rPr>
            </w:pPr>
            <w:r w:rsidRPr="00CA6837">
              <w:rPr>
                <w:color w:val="000000" w:themeColor="text1"/>
              </w:rPr>
              <w:t>$ __________________</w:t>
            </w:r>
          </w:p>
        </w:tc>
      </w:tr>
      <w:tr w:rsidR="00461228" w:rsidRPr="00CA6837" w14:paraId="32BFDEE1" w14:textId="77777777" w:rsidTr="00461228">
        <w:trPr>
          <w:jc w:val="center"/>
        </w:trPr>
        <w:tc>
          <w:tcPr>
            <w:tcW w:w="3758" w:type="dxa"/>
          </w:tcPr>
          <w:p w14:paraId="4F6D673D" w14:textId="77777777" w:rsidR="00461228" w:rsidRPr="00CA6837" w:rsidRDefault="00461228" w:rsidP="00461228">
            <w:pPr>
              <w:rPr>
                <w:color w:val="000000" w:themeColor="text1"/>
              </w:rPr>
            </w:pPr>
            <w:r w:rsidRPr="00CA6837">
              <w:rPr>
                <w:color w:val="000000" w:themeColor="text1"/>
              </w:rPr>
              <w:t>Matching Funds</w:t>
            </w:r>
          </w:p>
        </w:tc>
        <w:tc>
          <w:tcPr>
            <w:tcW w:w="6187" w:type="dxa"/>
          </w:tcPr>
          <w:p w14:paraId="331E76C9" w14:textId="77777777" w:rsidR="00461228" w:rsidRPr="00CA6837" w:rsidRDefault="00461228" w:rsidP="00461228">
            <w:pPr>
              <w:rPr>
                <w:color w:val="000000" w:themeColor="text1"/>
              </w:rPr>
            </w:pPr>
            <w:r w:rsidRPr="00CA6837">
              <w:rPr>
                <w:color w:val="000000" w:themeColor="text1"/>
              </w:rPr>
              <w:t>$ __________________</w:t>
            </w:r>
          </w:p>
        </w:tc>
      </w:tr>
    </w:tbl>
    <w:p w14:paraId="7C01D397" w14:textId="032C8628" w:rsidR="005273AC" w:rsidRPr="00CA6837" w:rsidRDefault="00000000">
      <w:pPr>
        <w:pStyle w:val="Heading2"/>
        <w:rPr>
          <w:color w:val="000000" w:themeColor="text1"/>
        </w:rPr>
      </w:pPr>
      <w:r w:rsidRPr="00CA6837">
        <w:rPr>
          <w:color w:val="000000" w:themeColor="text1"/>
        </w:rPr>
        <w:t>Expected Primary Outcomes</w:t>
      </w:r>
      <w:r w:rsidR="008D73A4">
        <w:rPr>
          <w:color w:val="000000" w:themeColor="text1"/>
        </w:rPr>
        <w:t xml:space="preserve"> (select all that apply)</w:t>
      </w:r>
    </w:p>
    <w:p w14:paraId="62D4C06A" w14:textId="42CF5F22" w:rsidR="005273AC" w:rsidRDefault="00000000" w:rsidP="00CA6837">
      <w:pPr>
        <w:ind w:right="360"/>
        <w:rPr>
          <w:color w:val="000000" w:themeColor="text1"/>
        </w:rPr>
      </w:pPr>
      <w:r w:rsidRPr="00CA6837">
        <w:rPr>
          <w:color w:val="000000" w:themeColor="text1"/>
        </w:rPr>
        <w:t xml:space="preserve">☐ Proof of </w:t>
      </w:r>
      <w:proofErr w:type="gramStart"/>
      <w:r w:rsidRPr="00CA6837">
        <w:rPr>
          <w:color w:val="000000" w:themeColor="text1"/>
        </w:rPr>
        <w:t>Concept  ☐</w:t>
      </w:r>
      <w:proofErr w:type="gramEnd"/>
      <w:r w:rsidRPr="00CA6837">
        <w:rPr>
          <w:color w:val="000000" w:themeColor="text1"/>
        </w:rPr>
        <w:t xml:space="preserve"> Preliminary </w:t>
      </w:r>
      <w:proofErr w:type="gramStart"/>
      <w:r w:rsidRPr="00CA6837">
        <w:rPr>
          <w:color w:val="000000" w:themeColor="text1"/>
        </w:rPr>
        <w:t>Data  ☐</w:t>
      </w:r>
      <w:proofErr w:type="gramEnd"/>
      <w:r w:rsidRPr="00CA6837">
        <w:rPr>
          <w:color w:val="000000" w:themeColor="text1"/>
        </w:rPr>
        <w:t xml:space="preserve"> </w:t>
      </w:r>
      <w:proofErr w:type="gramStart"/>
      <w:r w:rsidRPr="00CA6837">
        <w:rPr>
          <w:color w:val="000000" w:themeColor="text1"/>
        </w:rPr>
        <w:t>Publications  ☐</w:t>
      </w:r>
      <w:proofErr w:type="gramEnd"/>
      <w:r w:rsidRPr="00CA6837">
        <w:rPr>
          <w:color w:val="000000" w:themeColor="text1"/>
        </w:rPr>
        <w:t xml:space="preserve"> Prototype</w:t>
      </w:r>
      <w:r w:rsidR="00CA6837">
        <w:rPr>
          <w:color w:val="000000" w:themeColor="text1"/>
        </w:rPr>
        <w:t xml:space="preserve"> </w:t>
      </w:r>
      <w:r w:rsidRPr="00CA6837">
        <w:rPr>
          <w:color w:val="000000" w:themeColor="text1"/>
        </w:rPr>
        <w:t>☐ Patent(</w:t>
      </w:r>
      <w:proofErr w:type="gramStart"/>
      <w:r w:rsidRPr="00CA6837">
        <w:rPr>
          <w:color w:val="000000" w:themeColor="text1"/>
        </w:rPr>
        <w:t>s)  ☐</w:t>
      </w:r>
      <w:proofErr w:type="gramEnd"/>
      <w:r w:rsidRPr="00CA6837">
        <w:rPr>
          <w:color w:val="000000" w:themeColor="text1"/>
        </w:rPr>
        <w:t xml:space="preserve"> License(</w:t>
      </w:r>
      <w:proofErr w:type="gramStart"/>
      <w:r w:rsidRPr="00CA6837">
        <w:rPr>
          <w:color w:val="000000" w:themeColor="text1"/>
        </w:rPr>
        <w:t>s)  ☐</w:t>
      </w:r>
      <w:proofErr w:type="gramEnd"/>
      <w:r w:rsidRPr="00CA6837">
        <w:rPr>
          <w:color w:val="000000" w:themeColor="text1"/>
        </w:rPr>
        <w:t xml:space="preserve"> Startup </w:t>
      </w:r>
      <w:proofErr w:type="gramStart"/>
      <w:r w:rsidRPr="00CA6837">
        <w:rPr>
          <w:color w:val="000000" w:themeColor="text1"/>
        </w:rPr>
        <w:t>Company  ☐</w:t>
      </w:r>
      <w:proofErr w:type="gramEnd"/>
      <w:r w:rsidRPr="00CA6837">
        <w:rPr>
          <w:color w:val="000000" w:themeColor="text1"/>
        </w:rPr>
        <w:t xml:space="preserve"> Industry Partnership</w:t>
      </w:r>
      <w:r w:rsidR="00CA6837">
        <w:rPr>
          <w:color w:val="000000" w:themeColor="text1"/>
        </w:rPr>
        <w:t xml:space="preserve"> </w:t>
      </w:r>
      <w:r w:rsidRPr="00CA6837">
        <w:rPr>
          <w:color w:val="000000" w:themeColor="text1"/>
        </w:rPr>
        <w:t xml:space="preserve">☐ Workforce </w:t>
      </w:r>
      <w:proofErr w:type="gramStart"/>
      <w:r w:rsidRPr="00CA6837">
        <w:rPr>
          <w:color w:val="000000" w:themeColor="text1"/>
        </w:rPr>
        <w:t>Development  ☐</w:t>
      </w:r>
      <w:proofErr w:type="gramEnd"/>
      <w:r w:rsidRPr="00CA6837">
        <w:rPr>
          <w:color w:val="000000" w:themeColor="text1"/>
        </w:rPr>
        <w:t xml:space="preserve"> Public Sector Deployment</w:t>
      </w:r>
      <w:r w:rsidR="00CA6837">
        <w:rPr>
          <w:color w:val="000000" w:themeColor="text1"/>
        </w:rPr>
        <w:t xml:space="preserve"> </w:t>
      </w:r>
      <w:r w:rsidR="00CA6837">
        <w:rPr>
          <w:color w:val="000000" w:themeColor="text1"/>
        </w:rPr>
        <w:br/>
      </w:r>
      <w:r w:rsidRPr="00CA6837">
        <w:rPr>
          <w:color w:val="000000" w:themeColor="text1"/>
        </w:rPr>
        <w:t xml:space="preserve">☐ Follow-on Federal </w:t>
      </w:r>
      <w:proofErr w:type="gramStart"/>
      <w:r w:rsidRPr="00CA6837">
        <w:rPr>
          <w:color w:val="000000" w:themeColor="text1"/>
        </w:rPr>
        <w:t>Funding  ☐</w:t>
      </w:r>
      <w:proofErr w:type="gramEnd"/>
      <w:r w:rsidRPr="00CA6837">
        <w:rPr>
          <w:color w:val="000000" w:themeColor="text1"/>
        </w:rPr>
        <w:t xml:space="preserve"> Research Infrastructure</w:t>
      </w:r>
      <w:r w:rsidR="00CA6837">
        <w:rPr>
          <w:color w:val="000000" w:themeColor="text1"/>
        </w:rPr>
        <w:t xml:space="preserve"> </w:t>
      </w:r>
      <w:r w:rsidRPr="00CA6837">
        <w:rPr>
          <w:color w:val="000000" w:themeColor="text1"/>
        </w:rPr>
        <w:t xml:space="preserve">☐ Student Workforce Preparation  </w:t>
      </w:r>
      <w:r w:rsidR="00CA6837">
        <w:rPr>
          <w:color w:val="000000" w:themeColor="text1"/>
        </w:rPr>
        <w:br/>
      </w:r>
      <w:r w:rsidRPr="00CA6837">
        <w:rPr>
          <w:color w:val="000000" w:themeColor="text1"/>
        </w:rPr>
        <w:t>☐ Other: ____________</w:t>
      </w:r>
    </w:p>
    <w:p w14:paraId="4DB8C273" w14:textId="0E4F3C98" w:rsidR="00461228" w:rsidRPr="00CA6837" w:rsidRDefault="00461228" w:rsidP="00461228">
      <w:pPr>
        <w:pStyle w:val="Heading2"/>
        <w:rPr>
          <w:color w:val="000000" w:themeColor="text1"/>
        </w:rPr>
      </w:pPr>
      <w:r w:rsidRPr="00CA6837">
        <w:rPr>
          <w:color w:val="000000" w:themeColor="text1"/>
        </w:rPr>
        <w:t>Presidential Priority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(For the </w:t>
      </w:r>
      <w:r w:rsidR="008D73A4">
        <w:rPr>
          <w:color w:val="000000" w:themeColor="text1"/>
        </w:rPr>
        <w:t>President’s</w:t>
      </w:r>
      <w:r>
        <w:rPr>
          <w:color w:val="000000" w:themeColor="text1"/>
        </w:rPr>
        <w:t xml:space="preserve"> </w:t>
      </w:r>
      <w:r w:rsidR="008D73A4">
        <w:rPr>
          <w:color w:val="000000" w:themeColor="text1"/>
        </w:rPr>
        <w:t>o</w:t>
      </w:r>
      <w:r>
        <w:rPr>
          <w:color w:val="000000" w:themeColor="text1"/>
        </w:rPr>
        <w:t>ffice)</w:t>
      </w:r>
    </w:p>
    <w:p w14:paraId="429448C7" w14:textId="17049760" w:rsidR="00461228" w:rsidRPr="00CA6837" w:rsidRDefault="00461228" w:rsidP="00461228">
      <w:pPr>
        <w:rPr>
          <w:color w:val="000000" w:themeColor="text1"/>
        </w:rPr>
      </w:pPr>
      <w:r w:rsidRPr="00CA6837">
        <w:rPr>
          <w:color w:val="000000" w:themeColor="text1"/>
        </w:rPr>
        <w:t xml:space="preserve">☐ 1   ☐ 2   ☐ 3   ☐ 4   ☐ 5   ☐ </w:t>
      </w:r>
      <w:r>
        <w:rPr>
          <w:color w:val="000000" w:themeColor="text1"/>
        </w:rPr>
        <w:t>6</w:t>
      </w:r>
      <w:r w:rsidRPr="00CA6837">
        <w:rPr>
          <w:color w:val="000000" w:themeColor="text1"/>
        </w:rPr>
        <w:t xml:space="preserve">   ☐ </w:t>
      </w:r>
      <w:r>
        <w:rPr>
          <w:color w:val="000000" w:themeColor="text1"/>
        </w:rPr>
        <w:t>7</w:t>
      </w:r>
      <w:r w:rsidRPr="00CA6837">
        <w:rPr>
          <w:color w:val="000000" w:themeColor="text1"/>
        </w:rPr>
        <w:t xml:space="preserve">   ☐ </w:t>
      </w:r>
      <w:r>
        <w:rPr>
          <w:color w:val="000000" w:themeColor="text1"/>
        </w:rPr>
        <w:t>8</w:t>
      </w:r>
      <w:r w:rsidRPr="00CA6837">
        <w:rPr>
          <w:color w:val="000000" w:themeColor="text1"/>
        </w:rPr>
        <w:t xml:space="preserve">   ☐ </w:t>
      </w:r>
      <w:r>
        <w:rPr>
          <w:color w:val="000000" w:themeColor="text1"/>
        </w:rPr>
        <w:t>9</w:t>
      </w:r>
      <w:r w:rsidRPr="00CA6837">
        <w:rPr>
          <w:color w:val="000000" w:themeColor="text1"/>
        </w:rPr>
        <w:t xml:space="preserve">   ☐</w:t>
      </w:r>
      <w:r>
        <w:rPr>
          <w:color w:val="000000" w:themeColor="text1"/>
        </w:rPr>
        <w:t xml:space="preserve"> 10</w:t>
      </w:r>
      <w:r w:rsidRPr="00CA6837">
        <w:rPr>
          <w:color w:val="000000" w:themeColor="text1"/>
        </w:rPr>
        <w:t xml:space="preserve">   ☐ </w:t>
      </w:r>
      <w:r>
        <w:rPr>
          <w:color w:val="000000" w:themeColor="text1"/>
        </w:rPr>
        <w:t>11</w:t>
      </w:r>
      <w:r w:rsidRPr="00CA6837">
        <w:rPr>
          <w:color w:val="000000" w:themeColor="text1"/>
        </w:rPr>
        <w:t xml:space="preserve">   ☐ </w:t>
      </w:r>
      <w:r>
        <w:rPr>
          <w:color w:val="000000" w:themeColor="text1"/>
        </w:rPr>
        <w:t>1</w:t>
      </w:r>
      <w:r w:rsidRPr="00CA6837">
        <w:rPr>
          <w:color w:val="000000" w:themeColor="text1"/>
        </w:rPr>
        <w:t xml:space="preserve">2   ☐ </w:t>
      </w:r>
      <w:r>
        <w:rPr>
          <w:color w:val="000000" w:themeColor="text1"/>
        </w:rPr>
        <w:t>1</w:t>
      </w:r>
      <w:r w:rsidRPr="00CA6837">
        <w:rPr>
          <w:color w:val="000000" w:themeColor="text1"/>
        </w:rPr>
        <w:t xml:space="preserve">3   ☐ </w:t>
      </w:r>
      <w:r>
        <w:rPr>
          <w:color w:val="000000" w:themeColor="text1"/>
        </w:rPr>
        <w:t>1</w:t>
      </w:r>
      <w:r w:rsidRPr="00CA6837">
        <w:rPr>
          <w:color w:val="000000" w:themeColor="text1"/>
        </w:rPr>
        <w:t xml:space="preserve">4   ☐ </w:t>
      </w:r>
      <w:r>
        <w:rPr>
          <w:color w:val="000000" w:themeColor="text1"/>
        </w:rPr>
        <w:t>1</w:t>
      </w:r>
      <w:r w:rsidRPr="00CA6837">
        <w:rPr>
          <w:color w:val="000000" w:themeColor="text1"/>
        </w:rPr>
        <w:t xml:space="preserve">5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625"/>
        <w:gridCol w:w="4320"/>
      </w:tblGrid>
      <w:tr w:rsidR="005273AC" w:rsidRPr="00CA6837" w14:paraId="36BD33FF" w14:textId="77777777" w:rsidTr="00CA6837">
        <w:trPr>
          <w:jc w:val="center"/>
        </w:trPr>
        <w:tc>
          <w:tcPr>
            <w:tcW w:w="5625" w:type="dxa"/>
          </w:tcPr>
          <w:p w14:paraId="16E68B43" w14:textId="77777777" w:rsidR="005273AC" w:rsidRPr="00CA6837" w:rsidRDefault="00000000">
            <w:pPr>
              <w:rPr>
                <w:color w:val="000000" w:themeColor="text1"/>
              </w:rPr>
            </w:pPr>
            <w:r w:rsidRPr="00CA6837">
              <w:rPr>
                <w:color w:val="000000" w:themeColor="text1"/>
              </w:rPr>
              <w:t>Principal Investigator</w:t>
            </w:r>
          </w:p>
        </w:tc>
        <w:tc>
          <w:tcPr>
            <w:tcW w:w="4320" w:type="dxa"/>
          </w:tcPr>
          <w:p w14:paraId="25793A45" w14:textId="4B9EE8AF" w:rsidR="005273AC" w:rsidRPr="00CA6837" w:rsidRDefault="00CA6837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President</w:t>
            </w:r>
          </w:p>
        </w:tc>
      </w:tr>
      <w:tr w:rsidR="005273AC" w:rsidRPr="00CA6837" w14:paraId="390A71C8" w14:textId="77777777" w:rsidTr="00CA6837">
        <w:trPr>
          <w:jc w:val="center"/>
        </w:trPr>
        <w:tc>
          <w:tcPr>
            <w:tcW w:w="5625" w:type="dxa"/>
          </w:tcPr>
          <w:p w14:paraId="138089B1" w14:textId="77777777" w:rsidR="005273AC" w:rsidRPr="00CA6837" w:rsidRDefault="00000000">
            <w:pPr>
              <w:rPr>
                <w:color w:val="000000" w:themeColor="text1"/>
              </w:rPr>
            </w:pPr>
            <w:r w:rsidRPr="00CA6837">
              <w:rPr>
                <w:color w:val="000000" w:themeColor="text1"/>
              </w:rPr>
              <w:t>Signature: __________________</w:t>
            </w:r>
          </w:p>
        </w:tc>
        <w:tc>
          <w:tcPr>
            <w:tcW w:w="4320" w:type="dxa"/>
          </w:tcPr>
          <w:p w14:paraId="452F0CCA" w14:textId="77777777" w:rsidR="005273AC" w:rsidRPr="00CA6837" w:rsidRDefault="00000000">
            <w:pPr>
              <w:rPr>
                <w:color w:val="000000" w:themeColor="text1"/>
              </w:rPr>
            </w:pPr>
            <w:r w:rsidRPr="00CA6837">
              <w:rPr>
                <w:color w:val="000000" w:themeColor="text1"/>
              </w:rPr>
              <w:t>Signature: __________________</w:t>
            </w:r>
          </w:p>
        </w:tc>
      </w:tr>
      <w:tr w:rsidR="005273AC" w:rsidRPr="00CA6837" w14:paraId="4011B22A" w14:textId="77777777" w:rsidTr="00CA6837">
        <w:trPr>
          <w:jc w:val="center"/>
        </w:trPr>
        <w:tc>
          <w:tcPr>
            <w:tcW w:w="5625" w:type="dxa"/>
          </w:tcPr>
          <w:p w14:paraId="60BBDBAC" w14:textId="77777777" w:rsidR="005273AC" w:rsidRPr="00CA6837" w:rsidRDefault="00000000">
            <w:pPr>
              <w:rPr>
                <w:color w:val="000000" w:themeColor="text1"/>
              </w:rPr>
            </w:pPr>
            <w:r w:rsidRPr="00CA6837">
              <w:rPr>
                <w:color w:val="000000" w:themeColor="text1"/>
              </w:rPr>
              <w:t>Date: __________________</w:t>
            </w:r>
          </w:p>
        </w:tc>
        <w:tc>
          <w:tcPr>
            <w:tcW w:w="4320" w:type="dxa"/>
          </w:tcPr>
          <w:p w14:paraId="21E74368" w14:textId="77777777" w:rsidR="005273AC" w:rsidRPr="00CA6837" w:rsidRDefault="00000000">
            <w:pPr>
              <w:rPr>
                <w:color w:val="000000" w:themeColor="text1"/>
              </w:rPr>
            </w:pPr>
            <w:r w:rsidRPr="00CA6837">
              <w:rPr>
                <w:color w:val="000000" w:themeColor="text1"/>
              </w:rPr>
              <w:t>Date: __________________</w:t>
            </w:r>
          </w:p>
        </w:tc>
      </w:tr>
    </w:tbl>
    <w:p w14:paraId="13DBC4FE" w14:textId="08B012FC" w:rsidR="00832A00" w:rsidRPr="00CA6837" w:rsidRDefault="00832A00" w:rsidP="00832A00">
      <w:pPr>
        <w:pStyle w:val="Heading2"/>
        <w:rPr>
          <w:color w:val="000000" w:themeColor="text1"/>
        </w:rPr>
      </w:pPr>
      <w:r w:rsidRPr="00CA6837">
        <w:rPr>
          <w:color w:val="000000" w:themeColor="text1"/>
        </w:rPr>
        <w:t xml:space="preserve">For </w:t>
      </w:r>
      <w:r w:rsidR="00461228">
        <w:rPr>
          <w:color w:val="000000" w:themeColor="text1"/>
        </w:rPr>
        <w:t>Nucleus</w:t>
      </w:r>
      <w:r w:rsidRPr="00CA6837">
        <w:rPr>
          <w:color w:val="000000" w:themeColor="text1"/>
        </w:rPr>
        <w:t xml:space="preserve">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34"/>
        <w:gridCol w:w="2147"/>
        <w:gridCol w:w="2135"/>
        <w:gridCol w:w="3564"/>
      </w:tblGrid>
      <w:tr w:rsidR="00832A00" w:rsidRPr="00CA6837" w14:paraId="50152318" w14:textId="77777777" w:rsidTr="009043C8">
        <w:tc>
          <w:tcPr>
            <w:tcW w:w="2160" w:type="dxa"/>
          </w:tcPr>
          <w:p w14:paraId="7120FD24" w14:textId="77777777" w:rsidR="00832A00" w:rsidRPr="00CA6837" w:rsidRDefault="00832A00" w:rsidP="009043C8">
            <w:pPr>
              <w:rPr>
                <w:color w:val="000000" w:themeColor="text1"/>
              </w:rPr>
            </w:pPr>
            <w:r w:rsidRPr="00CA6837">
              <w:rPr>
                <w:color w:val="000000" w:themeColor="text1"/>
              </w:rPr>
              <w:t>Proposal ID</w:t>
            </w:r>
          </w:p>
        </w:tc>
        <w:tc>
          <w:tcPr>
            <w:tcW w:w="2160" w:type="dxa"/>
          </w:tcPr>
          <w:p w14:paraId="199C491D" w14:textId="77777777" w:rsidR="00832A00" w:rsidRPr="00CA6837" w:rsidRDefault="00832A00" w:rsidP="009043C8">
            <w:pPr>
              <w:rPr>
                <w:color w:val="000000" w:themeColor="text1"/>
              </w:rPr>
            </w:pPr>
            <w:r w:rsidRPr="00CA6837">
              <w:rPr>
                <w:color w:val="000000" w:themeColor="text1"/>
              </w:rPr>
              <w:t>Date Received</w:t>
            </w:r>
          </w:p>
        </w:tc>
        <w:tc>
          <w:tcPr>
            <w:tcW w:w="2160" w:type="dxa"/>
          </w:tcPr>
          <w:p w14:paraId="1BAD9AC1" w14:textId="77777777" w:rsidR="00832A00" w:rsidRDefault="00832A00" w:rsidP="009043C8">
            <w:pPr>
              <w:rPr>
                <w:color w:val="000000" w:themeColor="text1"/>
              </w:rPr>
            </w:pPr>
            <w:r w:rsidRPr="00CA6837">
              <w:rPr>
                <w:color w:val="000000" w:themeColor="text1"/>
              </w:rPr>
              <w:t>Eligibility Verified</w:t>
            </w:r>
          </w:p>
          <w:p w14:paraId="6E16A0F2" w14:textId="77777777" w:rsidR="00832A00" w:rsidRPr="00CA6837" w:rsidRDefault="00832A00" w:rsidP="009043C8">
            <w:pPr>
              <w:rPr>
                <w:color w:val="000000" w:themeColor="text1"/>
              </w:rPr>
            </w:pPr>
            <w:r w:rsidRPr="00CA6837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3618" w:type="dxa"/>
          </w:tcPr>
          <w:p w14:paraId="75296503" w14:textId="77777777" w:rsidR="00832A00" w:rsidRPr="00CA6837" w:rsidRDefault="00832A00" w:rsidP="009043C8">
            <w:pPr>
              <w:rPr>
                <w:color w:val="000000" w:themeColor="text1"/>
              </w:rPr>
            </w:pPr>
            <w:r w:rsidRPr="00CA6837">
              <w:rPr>
                <w:color w:val="000000" w:themeColor="text1"/>
              </w:rPr>
              <w:t>Assigned Review Panel</w:t>
            </w:r>
          </w:p>
        </w:tc>
      </w:tr>
      <w:tr w:rsidR="00832A00" w:rsidRPr="00CA6837" w14:paraId="3DCF2B2D" w14:textId="77777777" w:rsidTr="00832A00">
        <w:trPr>
          <w:trHeight w:val="620"/>
        </w:trPr>
        <w:tc>
          <w:tcPr>
            <w:tcW w:w="2160" w:type="dxa"/>
          </w:tcPr>
          <w:p w14:paraId="55F02510" w14:textId="77777777" w:rsidR="00832A00" w:rsidRPr="00CA6837" w:rsidRDefault="00832A00" w:rsidP="009043C8">
            <w:pPr>
              <w:rPr>
                <w:color w:val="000000" w:themeColor="text1"/>
              </w:rPr>
            </w:pPr>
            <w:r w:rsidRPr="00CA6837">
              <w:rPr>
                <w:color w:val="000000" w:themeColor="text1"/>
              </w:rPr>
              <w:t>Final Score</w:t>
            </w:r>
          </w:p>
        </w:tc>
        <w:tc>
          <w:tcPr>
            <w:tcW w:w="2160" w:type="dxa"/>
          </w:tcPr>
          <w:p w14:paraId="78CAAC61" w14:textId="77777777" w:rsidR="00832A00" w:rsidRPr="00CA6837" w:rsidRDefault="00832A00" w:rsidP="009043C8">
            <w:pPr>
              <w:rPr>
                <w:color w:val="000000" w:themeColor="text1"/>
              </w:rPr>
            </w:pPr>
            <w:r w:rsidRPr="00CA6837">
              <w:rPr>
                <w:color w:val="000000" w:themeColor="text1"/>
              </w:rPr>
              <w:t xml:space="preserve">Recommended Award: </w:t>
            </w:r>
            <w:r w:rsidRPr="00CA6837">
              <w:rPr>
                <w:rFonts w:ascii="Segoe UI Symbol" w:hAnsi="Segoe UI Symbol" w:cs="Segoe UI Symbol"/>
                <w:color w:val="000000" w:themeColor="text1"/>
              </w:rPr>
              <w:t>☐</w:t>
            </w:r>
            <w:r w:rsidRPr="00CA6837">
              <w:rPr>
                <w:color w:val="000000" w:themeColor="text1"/>
              </w:rPr>
              <w:t xml:space="preserve"> Yes </w:t>
            </w:r>
            <w:r w:rsidRPr="00CA6837">
              <w:rPr>
                <w:rFonts w:ascii="Segoe UI Symbol" w:hAnsi="Segoe UI Symbol" w:cs="Segoe UI Symbol"/>
                <w:color w:val="000000" w:themeColor="text1"/>
              </w:rPr>
              <w:t>☐</w:t>
            </w:r>
            <w:r w:rsidRPr="00CA6837">
              <w:rPr>
                <w:color w:val="000000" w:themeColor="text1"/>
              </w:rPr>
              <w:t xml:space="preserve"> No</w:t>
            </w:r>
          </w:p>
        </w:tc>
        <w:tc>
          <w:tcPr>
            <w:tcW w:w="2160" w:type="dxa"/>
          </w:tcPr>
          <w:p w14:paraId="1243EFB7" w14:textId="77777777" w:rsidR="00832A00" w:rsidRPr="00CA6837" w:rsidRDefault="00832A00" w:rsidP="009043C8">
            <w:pPr>
              <w:rPr>
                <w:color w:val="000000" w:themeColor="text1"/>
              </w:rPr>
            </w:pPr>
            <w:r w:rsidRPr="00CA6837">
              <w:rPr>
                <w:color w:val="000000" w:themeColor="text1"/>
              </w:rPr>
              <w:t>Award Amount: $</w:t>
            </w:r>
          </w:p>
        </w:tc>
        <w:tc>
          <w:tcPr>
            <w:tcW w:w="3618" w:type="dxa"/>
          </w:tcPr>
          <w:p w14:paraId="534FF74D" w14:textId="77777777" w:rsidR="00832A00" w:rsidRPr="00CA6837" w:rsidRDefault="00832A00" w:rsidP="009043C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Committee Action Date:</w:t>
            </w:r>
          </w:p>
        </w:tc>
      </w:tr>
    </w:tbl>
    <w:p w14:paraId="76EA4165" w14:textId="77777777" w:rsidR="00832A00" w:rsidRPr="00CA6837" w:rsidRDefault="00832A00" w:rsidP="00832A00">
      <w:pPr>
        <w:rPr>
          <w:color w:val="000000" w:themeColor="text1"/>
        </w:rPr>
      </w:pPr>
    </w:p>
    <w:sectPr w:rsidR="00832A00" w:rsidRPr="00CA6837" w:rsidSect="00832A00">
      <w:pgSz w:w="12240" w:h="15840"/>
      <w:pgMar w:top="1116" w:right="1170" w:bottom="1197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41D665A" w14:textId="77777777" w:rsidR="00863D8C" w:rsidRDefault="00863D8C" w:rsidP="00CA6837">
      <w:pPr>
        <w:spacing w:after="0" w:line="240" w:lineRule="auto"/>
      </w:pPr>
      <w:r>
        <w:separator/>
      </w:r>
    </w:p>
  </w:endnote>
  <w:endnote w:type="continuationSeparator" w:id="0">
    <w:p w14:paraId="5E4B247A" w14:textId="77777777" w:rsidR="00863D8C" w:rsidRDefault="00863D8C" w:rsidP="00CA68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50913B1" w14:textId="77777777" w:rsidR="00863D8C" w:rsidRDefault="00863D8C" w:rsidP="00CA6837">
      <w:pPr>
        <w:spacing w:after="0" w:line="240" w:lineRule="auto"/>
      </w:pPr>
      <w:r>
        <w:separator/>
      </w:r>
    </w:p>
  </w:footnote>
  <w:footnote w:type="continuationSeparator" w:id="0">
    <w:p w14:paraId="78B5147C" w14:textId="77777777" w:rsidR="00863D8C" w:rsidRDefault="00863D8C" w:rsidP="00CA68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17365112">
    <w:abstractNumId w:val="8"/>
  </w:num>
  <w:num w:numId="2" w16cid:durableId="752550628">
    <w:abstractNumId w:val="6"/>
  </w:num>
  <w:num w:numId="3" w16cid:durableId="1555311570">
    <w:abstractNumId w:val="5"/>
  </w:num>
  <w:num w:numId="4" w16cid:durableId="515654890">
    <w:abstractNumId w:val="4"/>
  </w:num>
  <w:num w:numId="5" w16cid:durableId="1537229669">
    <w:abstractNumId w:val="7"/>
  </w:num>
  <w:num w:numId="6" w16cid:durableId="1209148220">
    <w:abstractNumId w:val="3"/>
  </w:num>
  <w:num w:numId="7" w16cid:durableId="683945821">
    <w:abstractNumId w:val="2"/>
  </w:num>
  <w:num w:numId="8" w16cid:durableId="846559183">
    <w:abstractNumId w:val="1"/>
  </w:num>
  <w:num w:numId="9" w16cid:durableId="138047611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5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D4974"/>
    <w:rsid w:val="00461228"/>
    <w:rsid w:val="005273AC"/>
    <w:rsid w:val="005C6BCE"/>
    <w:rsid w:val="007902AA"/>
    <w:rsid w:val="00832A00"/>
    <w:rsid w:val="00863D8C"/>
    <w:rsid w:val="008D73A4"/>
    <w:rsid w:val="00AA1D8D"/>
    <w:rsid w:val="00B47730"/>
    <w:rsid w:val="00BA7A7A"/>
    <w:rsid w:val="00CA6837"/>
    <w:rsid w:val="00CB0664"/>
    <w:rsid w:val="00D46F4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1212F9B"/>
  <w14:defaultImageDpi w14:val="300"/>
  <w15:docId w15:val="{0BBE347C-860B-DB45-AE5A-44F479F37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70051ed-867f-4092-a6af-8a42e27b7e09}" enabled="1" method="Standard" siteId="{5217e0e7-539d-4563-b1bf-7c6dcf074f9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188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1264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Angela Smith</cp:lastModifiedBy>
  <cp:revision>2</cp:revision>
  <dcterms:created xsi:type="dcterms:W3CDTF">2026-08-14T15:03:00Z</dcterms:created>
  <dcterms:modified xsi:type="dcterms:W3CDTF">2026-08-14T15:03:00Z</dcterms:modified>
  <cp:category/>
</cp:coreProperties>
</file>